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B9D5A1" w14:textId="77777777" w:rsidR="007F070F" w:rsidRPr="007F070F" w:rsidRDefault="007F070F" w:rsidP="00964D8E">
      <w:pPr>
        <w:spacing w:line="360" w:lineRule="auto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14:paraId="79F44AB9" w14:textId="7E1ADDBF" w:rsidR="00880F47" w:rsidRPr="007F070F" w:rsidRDefault="00E33E8D" w:rsidP="007F070F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  <w:r w:rsidRPr="007F070F">
        <w:rPr>
          <w:rFonts w:ascii="Arial" w:hAnsi="Arial" w:cs="Arial"/>
          <w:b/>
          <w:color w:val="000000" w:themeColor="text1"/>
          <w:sz w:val="24"/>
          <w:szCs w:val="24"/>
          <w:lang w:val="es-ES"/>
        </w:rPr>
        <w:t>ECÓGRAFO PORTÁTIL SERAM</w:t>
      </w:r>
      <w:r w:rsidR="00964D8E" w:rsidRPr="007F070F">
        <w:rPr>
          <w:rFonts w:ascii="Arial" w:hAnsi="Arial" w:cs="Arial"/>
          <w:b/>
          <w:color w:val="000000" w:themeColor="text1"/>
          <w:sz w:val="24"/>
          <w:szCs w:val="24"/>
          <w:lang w:val="es-ES"/>
        </w:rPr>
        <w:t xml:space="preserve"> PARA PROYECTOS DE COOPERACIÓN INTERNACIONAL</w:t>
      </w:r>
    </w:p>
    <w:p w14:paraId="2BE397B4" w14:textId="77777777" w:rsidR="00BD68F5" w:rsidRPr="007F070F" w:rsidRDefault="007B2FD9" w:rsidP="007F070F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  <w:r w:rsidRPr="007F070F">
        <w:rPr>
          <w:rFonts w:ascii="Arial" w:hAnsi="Arial" w:cs="Arial"/>
          <w:b/>
          <w:sz w:val="24"/>
          <w:szCs w:val="24"/>
          <w:lang w:val="es-ES"/>
        </w:rPr>
        <w:t xml:space="preserve">FORMULARIO DE </w:t>
      </w:r>
      <w:r w:rsidRPr="007F070F">
        <w:rPr>
          <w:rFonts w:ascii="Arial" w:hAnsi="Arial" w:cs="Arial"/>
          <w:b/>
          <w:color w:val="000000" w:themeColor="text1"/>
          <w:sz w:val="24"/>
          <w:szCs w:val="24"/>
          <w:lang w:val="es-ES"/>
        </w:rPr>
        <w:t>SOLICITUD DE CESIÓN TEMPORAL</w:t>
      </w:r>
    </w:p>
    <w:p w14:paraId="553F9341" w14:textId="77777777" w:rsidR="00B15BD6" w:rsidRPr="007F070F" w:rsidRDefault="00B15BD6" w:rsidP="00964D8E">
      <w:pPr>
        <w:spacing w:line="360" w:lineRule="auto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14:paraId="03010DAB" w14:textId="77777777" w:rsidR="00BD68F5" w:rsidRPr="007F070F" w:rsidRDefault="00DE58F6" w:rsidP="00964D8E">
      <w:pPr>
        <w:spacing w:line="360" w:lineRule="auto"/>
        <w:rPr>
          <w:rFonts w:ascii="Arial" w:hAnsi="Arial" w:cs="Arial"/>
          <w:b/>
          <w:sz w:val="24"/>
          <w:szCs w:val="24"/>
          <w:lang w:val="es-ES"/>
        </w:rPr>
      </w:pPr>
      <w:r w:rsidRPr="007F070F">
        <w:rPr>
          <w:rFonts w:ascii="Arial" w:hAnsi="Arial" w:cs="Arial"/>
          <w:b/>
          <w:sz w:val="24"/>
          <w:szCs w:val="24"/>
          <w:lang w:val="es-ES"/>
        </w:rPr>
        <w:t>1. Datos del</w:t>
      </w:r>
      <w:r w:rsidR="00E33E8D" w:rsidRPr="007F070F">
        <w:rPr>
          <w:rFonts w:ascii="Arial" w:hAnsi="Arial" w:cs="Arial"/>
          <w:b/>
          <w:sz w:val="24"/>
          <w:szCs w:val="24"/>
          <w:lang w:val="es-ES"/>
        </w:rPr>
        <w:t xml:space="preserve"> socio SERAM </w:t>
      </w:r>
      <w:r w:rsidRPr="007F070F">
        <w:rPr>
          <w:rFonts w:ascii="Arial" w:hAnsi="Arial" w:cs="Arial"/>
          <w:b/>
          <w:sz w:val="24"/>
          <w:szCs w:val="24"/>
          <w:lang w:val="es-ES"/>
        </w:rPr>
        <w:t>solicitante</w:t>
      </w:r>
      <w:r w:rsidR="00BD68F5" w:rsidRPr="007F070F">
        <w:rPr>
          <w:rFonts w:ascii="Arial" w:hAnsi="Arial" w:cs="Arial"/>
          <w:b/>
          <w:sz w:val="24"/>
          <w:szCs w:val="24"/>
          <w:lang w:val="es-ES"/>
        </w:rPr>
        <w:t>:</w:t>
      </w:r>
    </w:p>
    <w:p w14:paraId="5A75FF8F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 xml:space="preserve">- Nombre </w:t>
      </w:r>
      <w:r w:rsidR="00E33E8D" w:rsidRPr="007F070F">
        <w:rPr>
          <w:rFonts w:ascii="Arial" w:hAnsi="Arial" w:cs="Arial"/>
          <w:sz w:val="24"/>
          <w:szCs w:val="24"/>
          <w:lang w:val="es-ES"/>
        </w:rPr>
        <w:t>y apellidos</w:t>
      </w:r>
      <w:r w:rsidRPr="007F070F">
        <w:rPr>
          <w:rFonts w:ascii="Arial" w:hAnsi="Arial" w:cs="Arial"/>
          <w:sz w:val="24"/>
          <w:szCs w:val="24"/>
          <w:lang w:val="es-ES"/>
        </w:rPr>
        <w:t>:</w:t>
      </w:r>
    </w:p>
    <w:p w14:paraId="7BD9F1C1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>- NIF:</w:t>
      </w:r>
    </w:p>
    <w:p w14:paraId="731C8407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>- Dirección:</w:t>
      </w:r>
    </w:p>
    <w:p w14:paraId="2801F7C1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>- Centro de trabajo:</w:t>
      </w:r>
    </w:p>
    <w:p w14:paraId="6E8A80A6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>- Nº socio SERAM:</w:t>
      </w:r>
    </w:p>
    <w:p w14:paraId="527662D4" w14:textId="77777777" w:rsidR="00B15BD6" w:rsidRPr="007F070F" w:rsidRDefault="00B15BD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>- Antigüedad como socio SERAM:</w:t>
      </w:r>
    </w:p>
    <w:p w14:paraId="22BA490B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>- Correo electrónico:</w:t>
      </w:r>
    </w:p>
    <w:p w14:paraId="5F90DF4B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>- Teléfono:</w:t>
      </w:r>
    </w:p>
    <w:p w14:paraId="69201BAC" w14:textId="77777777" w:rsidR="00BD68F5" w:rsidRPr="007F070F" w:rsidRDefault="00E33E8D" w:rsidP="00964D8E">
      <w:pPr>
        <w:spacing w:line="360" w:lineRule="auto"/>
        <w:rPr>
          <w:rFonts w:ascii="Arial" w:hAnsi="Arial" w:cs="Arial"/>
          <w:b/>
          <w:sz w:val="24"/>
          <w:szCs w:val="24"/>
          <w:lang w:val="es-ES"/>
        </w:rPr>
      </w:pPr>
      <w:r w:rsidRPr="007F070F">
        <w:rPr>
          <w:rFonts w:ascii="Arial" w:hAnsi="Arial" w:cs="Arial"/>
          <w:b/>
          <w:sz w:val="24"/>
          <w:szCs w:val="24"/>
          <w:lang w:val="es-ES"/>
        </w:rPr>
        <w:t>2</w:t>
      </w:r>
      <w:r w:rsidR="00DE58F6" w:rsidRPr="007F070F">
        <w:rPr>
          <w:rFonts w:ascii="Arial" w:hAnsi="Arial" w:cs="Arial"/>
          <w:b/>
          <w:sz w:val="24"/>
          <w:szCs w:val="24"/>
          <w:lang w:val="es-ES"/>
        </w:rPr>
        <w:t>. Datos del proyecto</w:t>
      </w:r>
      <w:r w:rsidRPr="007F070F">
        <w:rPr>
          <w:rFonts w:ascii="Arial" w:hAnsi="Arial" w:cs="Arial"/>
          <w:b/>
          <w:sz w:val="24"/>
          <w:szCs w:val="24"/>
          <w:lang w:val="es-ES"/>
        </w:rPr>
        <w:t>:</w:t>
      </w:r>
    </w:p>
    <w:p w14:paraId="0FD28E32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>- Nombre del proyecto</w:t>
      </w:r>
      <w:r w:rsidR="00B15BD6" w:rsidRPr="007F070F">
        <w:rPr>
          <w:rFonts w:ascii="Arial" w:hAnsi="Arial" w:cs="Arial"/>
          <w:sz w:val="24"/>
          <w:szCs w:val="24"/>
          <w:lang w:val="es-ES"/>
        </w:rPr>
        <w:t>:</w:t>
      </w:r>
    </w:p>
    <w:p w14:paraId="1BA5DF8B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>- País</w:t>
      </w:r>
      <w:r w:rsidR="00B15BD6" w:rsidRPr="007F070F">
        <w:rPr>
          <w:rFonts w:ascii="Arial" w:hAnsi="Arial" w:cs="Arial"/>
          <w:sz w:val="24"/>
          <w:szCs w:val="24"/>
          <w:lang w:val="es-ES"/>
        </w:rPr>
        <w:t>:</w:t>
      </w:r>
    </w:p>
    <w:p w14:paraId="457DA6FF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>- Localización</w:t>
      </w:r>
      <w:r w:rsidR="00B15BD6" w:rsidRPr="007F070F">
        <w:rPr>
          <w:rFonts w:ascii="Arial" w:hAnsi="Arial" w:cs="Arial"/>
          <w:sz w:val="24"/>
          <w:szCs w:val="24"/>
          <w:lang w:val="es-ES"/>
        </w:rPr>
        <w:t>:</w:t>
      </w:r>
    </w:p>
    <w:p w14:paraId="007C53C4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>- Centro sanitario receptor</w:t>
      </w:r>
      <w:r w:rsidR="00B15BD6" w:rsidRPr="007F070F">
        <w:rPr>
          <w:rFonts w:ascii="Arial" w:hAnsi="Arial" w:cs="Arial"/>
          <w:sz w:val="24"/>
          <w:szCs w:val="24"/>
          <w:lang w:val="es-ES"/>
        </w:rPr>
        <w:t>:</w:t>
      </w:r>
    </w:p>
    <w:p w14:paraId="3CA6327C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>- Fechas previstas</w:t>
      </w:r>
      <w:r w:rsidR="00B15BD6" w:rsidRPr="007F070F">
        <w:rPr>
          <w:rFonts w:ascii="Arial" w:hAnsi="Arial" w:cs="Arial"/>
          <w:sz w:val="24"/>
          <w:szCs w:val="24"/>
          <w:lang w:val="es-ES"/>
        </w:rPr>
        <w:t>:</w:t>
      </w:r>
    </w:p>
    <w:p w14:paraId="4EEBA64C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>- Número estimado de pacientes</w:t>
      </w:r>
      <w:r w:rsidR="00B15BD6" w:rsidRPr="007F070F">
        <w:rPr>
          <w:rFonts w:ascii="Arial" w:hAnsi="Arial" w:cs="Arial"/>
          <w:sz w:val="24"/>
          <w:szCs w:val="24"/>
          <w:lang w:val="es-ES"/>
        </w:rPr>
        <w:t>:</w:t>
      </w:r>
    </w:p>
    <w:p w14:paraId="4157A274" w14:textId="77777777" w:rsidR="00BD68F5" w:rsidRPr="007F070F" w:rsidRDefault="00E33E8D" w:rsidP="00964D8E">
      <w:pPr>
        <w:spacing w:line="360" w:lineRule="auto"/>
        <w:rPr>
          <w:rFonts w:ascii="Arial" w:hAnsi="Arial" w:cs="Arial"/>
          <w:b/>
          <w:sz w:val="24"/>
          <w:szCs w:val="24"/>
          <w:lang w:val="es-ES"/>
        </w:rPr>
      </w:pPr>
      <w:r w:rsidRPr="007F070F">
        <w:rPr>
          <w:rFonts w:ascii="Arial" w:hAnsi="Arial" w:cs="Arial"/>
          <w:b/>
          <w:sz w:val="24"/>
          <w:szCs w:val="24"/>
          <w:lang w:val="es-ES"/>
        </w:rPr>
        <w:lastRenderedPageBreak/>
        <w:t xml:space="preserve">3. </w:t>
      </w:r>
      <w:r w:rsidR="00DE58F6" w:rsidRPr="007F070F">
        <w:rPr>
          <w:rFonts w:ascii="Arial" w:hAnsi="Arial" w:cs="Arial"/>
          <w:b/>
          <w:sz w:val="24"/>
          <w:szCs w:val="24"/>
          <w:lang w:val="es-ES"/>
        </w:rPr>
        <w:t>Tipo de actividad prevista:</w:t>
      </w:r>
    </w:p>
    <w:p w14:paraId="5A0004BF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7F070F">
        <w:rPr>
          <w:rFonts w:ascii="Arial" w:hAnsi="Arial" w:cs="Arial"/>
          <w:sz w:val="24"/>
          <w:szCs w:val="24"/>
          <w:lang w:val="es-ES"/>
        </w:rPr>
        <w:t xml:space="preserve"> Ecografía general</w:t>
      </w:r>
    </w:p>
    <w:p w14:paraId="4DC2ED9A" w14:textId="77777777" w:rsidR="00BD68F5" w:rsidRPr="007F070F" w:rsidRDefault="00E8369A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="00DE58F6" w:rsidRPr="007F070F">
        <w:rPr>
          <w:rFonts w:ascii="Arial" w:hAnsi="Arial" w:cs="Arial"/>
          <w:sz w:val="24"/>
          <w:szCs w:val="24"/>
          <w:lang w:val="es-ES"/>
        </w:rPr>
        <w:t xml:space="preserve"> Urgencias</w:t>
      </w:r>
    </w:p>
    <w:p w14:paraId="4A21FB18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7F070F">
        <w:rPr>
          <w:rFonts w:ascii="Arial" w:hAnsi="Arial" w:cs="Arial"/>
          <w:sz w:val="24"/>
          <w:szCs w:val="24"/>
          <w:lang w:val="es-ES"/>
        </w:rPr>
        <w:t xml:space="preserve"> Obstetricia</w:t>
      </w:r>
    </w:p>
    <w:p w14:paraId="14AAB2DF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7F070F">
        <w:rPr>
          <w:rFonts w:ascii="Arial" w:hAnsi="Arial" w:cs="Arial"/>
          <w:sz w:val="24"/>
          <w:szCs w:val="24"/>
          <w:lang w:val="es-ES"/>
        </w:rPr>
        <w:t xml:space="preserve"> Pediatría</w:t>
      </w:r>
    </w:p>
    <w:p w14:paraId="739CBEBE" w14:textId="77777777" w:rsidR="00E8369A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7F070F">
        <w:rPr>
          <w:rFonts w:ascii="Arial" w:hAnsi="Arial" w:cs="Arial"/>
          <w:sz w:val="24"/>
          <w:szCs w:val="24"/>
          <w:lang w:val="es-ES"/>
        </w:rPr>
        <w:t xml:space="preserve"> Musculoesquelétic</w:t>
      </w:r>
      <w:r w:rsidR="00BD68F5" w:rsidRPr="007F070F">
        <w:rPr>
          <w:rFonts w:ascii="Arial" w:hAnsi="Arial" w:cs="Arial"/>
          <w:sz w:val="24"/>
          <w:szCs w:val="24"/>
          <w:lang w:val="es-ES"/>
        </w:rPr>
        <w:t>o</w:t>
      </w:r>
    </w:p>
    <w:p w14:paraId="5F4E85E5" w14:textId="77777777" w:rsidR="00BD68F5" w:rsidRPr="007F070F" w:rsidRDefault="00E8369A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7F070F">
        <w:rPr>
          <w:rFonts w:ascii="Arial" w:hAnsi="Arial" w:cs="Arial"/>
          <w:sz w:val="24"/>
          <w:szCs w:val="24"/>
          <w:lang w:val="es-ES"/>
        </w:rPr>
        <w:t xml:space="preserve"> Intervencionismo ecoguiado</w:t>
      </w:r>
    </w:p>
    <w:p w14:paraId="62737A3B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7F070F">
        <w:rPr>
          <w:rFonts w:ascii="Arial" w:hAnsi="Arial" w:cs="Arial"/>
          <w:sz w:val="24"/>
          <w:szCs w:val="24"/>
          <w:lang w:val="es-ES"/>
        </w:rPr>
        <w:t xml:space="preserve"> Otra:</w:t>
      </w:r>
    </w:p>
    <w:p w14:paraId="4070E9C8" w14:textId="77777777" w:rsidR="00BD68F5" w:rsidRPr="007F070F" w:rsidRDefault="00DE58F6" w:rsidP="00964D8E">
      <w:pPr>
        <w:spacing w:line="360" w:lineRule="auto"/>
        <w:rPr>
          <w:rFonts w:ascii="Arial" w:hAnsi="Arial" w:cs="Arial"/>
          <w:b/>
          <w:sz w:val="24"/>
          <w:szCs w:val="24"/>
          <w:lang w:val="es-ES"/>
        </w:rPr>
      </w:pPr>
      <w:r w:rsidRPr="007F070F">
        <w:rPr>
          <w:rFonts w:ascii="Arial" w:hAnsi="Arial" w:cs="Arial"/>
          <w:b/>
          <w:sz w:val="24"/>
          <w:szCs w:val="24"/>
          <w:lang w:val="es-ES"/>
        </w:rPr>
        <w:t>4. Justificación:</w:t>
      </w:r>
    </w:p>
    <w:p w14:paraId="46C562E4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 xml:space="preserve">- </w:t>
      </w:r>
      <w:r w:rsidR="00BD68F5" w:rsidRPr="007F070F">
        <w:rPr>
          <w:rFonts w:ascii="Arial" w:hAnsi="Arial" w:cs="Arial"/>
          <w:sz w:val="24"/>
          <w:szCs w:val="24"/>
          <w:lang w:val="es-ES"/>
        </w:rPr>
        <w:t>N</w:t>
      </w:r>
      <w:r w:rsidRPr="007F070F">
        <w:rPr>
          <w:rFonts w:ascii="Arial" w:hAnsi="Arial" w:cs="Arial"/>
          <w:sz w:val="24"/>
          <w:szCs w:val="24"/>
          <w:lang w:val="es-ES"/>
        </w:rPr>
        <w:t>ecesidad asistencial</w:t>
      </w:r>
      <w:r w:rsidR="00B15BD6" w:rsidRPr="007F070F">
        <w:rPr>
          <w:rFonts w:ascii="Arial" w:hAnsi="Arial" w:cs="Arial"/>
          <w:sz w:val="24"/>
          <w:szCs w:val="24"/>
          <w:lang w:val="es-ES"/>
        </w:rPr>
        <w:t xml:space="preserve"> del entorno.</w:t>
      </w:r>
    </w:p>
    <w:p w14:paraId="1D6FAF61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 xml:space="preserve">- </w:t>
      </w:r>
      <w:r w:rsidR="00BD68F5" w:rsidRPr="007F070F">
        <w:rPr>
          <w:rFonts w:ascii="Arial" w:hAnsi="Arial" w:cs="Arial"/>
          <w:sz w:val="24"/>
          <w:szCs w:val="24"/>
          <w:lang w:val="es-ES"/>
        </w:rPr>
        <w:t>D</w:t>
      </w:r>
      <w:r w:rsidRPr="007F070F">
        <w:rPr>
          <w:rFonts w:ascii="Arial" w:hAnsi="Arial" w:cs="Arial"/>
          <w:sz w:val="24"/>
          <w:szCs w:val="24"/>
          <w:lang w:val="es-ES"/>
        </w:rPr>
        <w:t>isponibilidad local de ecografía</w:t>
      </w:r>
      <w:r w:rsidR="00BD68F5" w:rsidRPr="007F070F">
        <w:rPr>
          <w:rFonts w:ascii="Arial" w:hAnsi="Arial" w:cs="Arial"/>
          <w:sz w:val="24"/>
          <w:szCs w:val="24"/>
          <w:lang w:val="es-ES"/>
        </w:rPr>
        <w:t>.</w:t>
      </w:r>
    </w:p>
    <w:p w14:paraId="60A7DAF4" w14:textId="77777777" w:rsidR="00B15BD6" w:rsidRPr="007F070F" w:rsidRDefault="00B15BD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>- Disponibilidad local de otras técnicas de imagen:</w:t>
      </w:r>
    </w:p>
    <w:p w14:paraId="22879DC1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 xml:space="preserve">- </w:t>
      </w:r>
      <w:r w:rsidR="00BD68F5" w:rsidRPr="007F070F">
        <w:rPr>
          <w:rFonts w:ascii="Arial" w:hAnsi="Arial" w:cs="Arial"/>
          <w:sz w:val="24"/>
          <w:szCs w:val="24"/>
          <w:lang w:val="es-ES"/>
        </w:rPr>
        <w:t>O</w:t>
      </w:r>
      <w:r w:rsidRPr="007F070F">
        <w:rPr>
          <w:rFonts w:ascii="Arial" w:hAnsi="Arial" w:cs="Arial"/>
          <w:sz w:val="24"/>
          <w:szCs w:val="24"/>
          <w:lang w:val="es-ES"/>
        </w:rPr>
        <w:t>bjetivos del proyecto</w:t>
      </w:r>
      <w:r w:rsidR="00BD68F5" w:rsidRPr="007F070F">
        <w:rPr>
          <w:rFonts w:ascii="Arial" w:hAnsi="Arial" w:cs="Arial"/>
          <w:sz w:val="24"/>
          <w:szCs w:val="24"/>
          <w:lang w:val="es-ES"/>
        </w:rPr>
        <w:t>.</w:t>
      </w:r>
    </w:p>
    <w:p w14:paraId="47BBCA28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 xml:space="preserve">- </w:t>
      </w:r>
      <w:r w:rsidR="00BD68F5" w:rsidRPr="007F070F">
        <w:rPr>
          <w:rFonts w:ascii="Arial" w:hAnsi="Arial" w:cs="Arial"/>
          <w:sz w:val="24"/>
          <w:szCs w:val="24"/>
          <w:lang w:val="es-ES"/>
        </w:rPr>
        <w:t>I</w:t>
      </w:r>
      <w:r w:rsidRPr="007F070F">
        <w:rPr>
          <w:rFonts w:ascii="Arial" w:hAnsi="Arial" w:cs="Arial"/>
          <w:sz w:val="24"/>
          <w:szCs w:val="24"/>
          <w:lang w:val="es-ES"/>
        </w:rPr>
        <w:t>mpacto esperado</w:t>
      </w:r>
      <w:r w:rsidR="00B15BD6" w:rsidRPr="007F070F">
        <w:rPr>
          <w:rFonts w:ascii="Arial" w:hAnsi="Arial" w:cs="Arial"/>
          <w:sz w:val="24"/>
          <w:szCs w:val="24"/>
          <w:lang w:val="es-ES"/>
        </w:rPr>
        <w:t xml:space="preserve"> del proyecto.</w:t>
      </w:r>
    </w:p>
    <w:p w14:paraId="0A474098" w14:textId="77777777" w:rsidR="00B15BD6" w:rsidRPr="007F070F" w:rsidRDefault="00B15BD6" w:rsidP="00B15BD6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>- Formación de personal local.</w:t>
      </w:r>
    </w:p>
    <w:p w14:paraId="6A85B572" w14:textId="77777777" w:rsidR="00B15BD6" w:rsidRPr="007F070F" w:rsidRDefault="00B15BD6" w:rsidP="00B15BD6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>- Continuidad/sostenibilidad del proyecto.</w:t>
      </w:r>
    </w:p>
    <w:p w14:paraId="268ED964" w14:textId="77777777" w:rsidR="00B15BD6" w:rsidRPr="007F070F" w:rsidRDefault="00B15BD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>- Integración con estructuras locales.</w:t>
      </w:r>
    </w:p>
    <w:p w14:paraId="51369849" w14:textId="77777777" w:rsidR="00B15BD6" w:rsidRPr="007F070F" w:rsidRDefault="00B15BD6" w:rsidP="00B15BD6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>- Participación multidisciplinar.</w:t>
      </w:r>
    </w:p>
    <w:p w14:paraId="367D02E2" w14:textId="77777777" w:rsidR="00DE58F6" w:rsidRDefault="00DE58F6" w:rsidP="00DE58F6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>- Solicitud de beca de Radiología Solidaria.</w:t>
      </w:r>
    </w:p>
    <w:p w14:paraId="32D54332" w14:textId="77777777" w:rsidR="007F070F" w:rsidRPr="007F070F" w:rsidRDefault="007F070F" w:rsidP="00DE58F6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</w:p>
    <w:p w14:paraId="74E4742F" w14:textId="77777777" w:rsidR="00BD68F5" w:rsidRPr="007F070F" w:rsidRDefault="00DE58F6" w:rsidP="00964D8E">
      <w:pPr>
        <w:spacing w:line="360" w:lineRule="auto"/>
        <w:rPr>
          <w:rFonts w:ascii="Arial" w:hAnsi="Arial" w:cs="Arial"/>
          <w:b/>
          <w:sz w:val="24"/>
          <w:szCs w:val="24"/>
          <w:lang w:val="es-ES"/>
        </w:rPr>
      </w:pPr>
      <w:r w:rsidRPr="007F070F">
        <w:rPr>
          <w:rFonts w:ascii="Arial" w:hAnsi="Arial" w:cs="Arial"/>
          <w:b/>
          <w:sz w:val="24"/>
          <w:szCs w:val="24"/>
          <w:lang w:val="es-ES"/>
        </w:rPr>
        <w:lastRenderedPageBreak/>
        <w:t xml:space="preserve">5. </w:t>
      </w:r>
      <w:r w:rsidR="00BD68F5" w:rsidRPr="007F070F">
        <w:rPr>
          <w:rFonts w:ascii="Arial" w:hAnsi="Arial" w:cs="Arial"/>
          <w:b/>
          <w:sz w:val="24"/>
          <w:szCs w:val="24"/>
          <w:lang w:val="es-ES"/>
        </w:rPr>
        <w:t>E</w:t>
      </w:r>
      <w:r w:rsidRPr="007F070F">
        <w:rPr>
          <w:rFonts w:ascii="Arial" w:hAnsi="Arial" w:cs="Arial"/>
          <w:b/>
          <w:sz w:val="24"/>
          <w:szCs w:val="24"/>
          <w:lang w:val="es-ES"/>
        </w:rPr>
        <w:t>xperiencia:</w:t>
      </w:r>
    </w:p>
    <w:p w14:paraId="7B4A3857" w14:textId="77777777" w:rsidR="00BD68F5" w:rsidRPr="007F070F" w:rsidRDefault="00DE58F6" w:rsidP="00BD68F5">
      <w:pPr>
        <w:spacing w:before="240"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 xml:space="preserve">- </w:t>
      </w:r>
      <w:r w:rsidR="00BD68F5" w:rsidRPr="007F070F">
        <w:rPr>
          <w:rFonts w:ascii="Arial" w:hAnsi="Arial" w:cs="Arial"/>
          <w:sz w:val="24"/>
          <w:szCs w:val="24"/>
          <w:lang w:val="es-ES"/>
        </w:rPr>
        <w:t>E</w:t>
      </w:r>
      <w:r w:rsidRPr="007F070F">
        <w:rPr>
          <w:rFonts w:ascii="Arial" w:hAnsi="Arial" w:cs="Arial"/>
          <w:sz w:val="24"/>
          <w:szCs w:val="24"/>
          <w:lang w:val="es-ES"/>
        </w:rPr>
        <w:t>n ecografía</w:t>
      </w:r>
      <w:r w:rsidR="00BD68F5" w:rsidRPr="007F070F">
        <w:rPr>
          <w:rFonts w:ascii="Arial" w:hAnsi="Arial" w:cs="Arial"/>
          <w:sz w:val="24"/>
          <w:szCs w:val="24"/>
          <w:lang w:val="es-ES"/>
        </w:rPr>
        <w:t>.</w:t>
      </w:r>
    </w:p>
    <w:p w14:paraId="696058D0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 xml:space="preserve">- </w:t>
      </w:r>
      <w:r w:rsidR="00BD68F5" w:rsidRPr="007F070F">
        <w:rPr>
          <w:rFonts w:ascii="Arial" w:hAnsi="Arial" w:cs="Arial"/>
          <w:sz w:val="24"/>
          <w:szCs w:val="24"/>
          <w:lang w:val="es-ES"/>
        </w:rPr>
        <w:t>E</w:t>
      </w:r>
      <w:r w:rsidRPr="007F070F">
        <w:rPr>
          <w:rFonts w:ascii="Arial" w:hAnsi="Arial" w:cs="Arial"/>
          <w:sz w:val="24"/>
          <w:szCs w:val="24"/>
          <w:lang w:val="es-ES"/>
        </w:rPr>
        <w:t>n cooperación.</w:t>
      </w:r>
    </w:p>
    <w:p w14:paraId="0E296865" w14:textId="09797EC9" w:rsidR="00BD68F5" w:rsidRPr="007F070F" w:rsidRDefault="007F070F" w:rsidP="00964D8E">
      <w:pPr>
        <w:spacing w:line="360" w:lineRule="auto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>6</w:t>
      </w:r>
      <w:r w:rsidR="00DE58F6" w:rsidRPr="007F070F">
        <w:rPr>
          <w:rFonts w:ascii="Arial" w:hAnsi="Arial" w:cs="Arial"/>
          <w:b/>
          <w:sz w:val="24"/>
          <w:szCs w:val="24"/>
          <w:lang w:val="es-ES"/>
        </w:rPr>
        <w:t>. Compromisos</w:t>
      </w:r>
      <w:r w:rsidR="00BD68F5" w:rsidRPr="007F070F">
        <w:rPr>
          <w:rFonts w:ascii="Arial" w:hAnsi="Arial" w:cs="Arial"/>
          <w:b/>
          <w:sz w:val="24"/>
          <w:szCs w:val="24"/>
          <w:lang w:val="es-ES"/>
        </w:rPr>
        <w:t>:</w:t>
      </w:r>
    </w:p>
    <w:p w14:paraId="6596AE33" w14:textId="77777777" w:rsidR="00BD68F5" w:rsidRPr="007F070F" w:rsidRDefault="00BD68F5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Arial" w:hAnsi="Arial" w:cs="Arial"/>
          <w:sz w:val="24"/>
          <w:szCs w:val="24"/>
          <w:lang w:val="es-ES"/>
        </w:rPr>
        <w:t xml:space="preserve">El socio SERAM </w:t>
      </w:r>
      <w:r w:rsidR="00DE58F6" w:rsidRPr="007F070F">
        <w:rPr>
          <w:rFonts w:ascii="Arial" w:hAnsi="Arial" w:cs="Arial"/>
          <w:sz w:val="24"/>
          <w:szCs w:val="24"/>
          <w:lang w:val="es-ES"/>
        </w:rPr>
        <w:t xml:space="preserve">solicitante </w:t>
      </w:r>
      <w:r w:rsidRPr="007F070F">
        <w:rPr>
          <w:rFonts w:ascii="Arial" w:hAnsi="Arial" w:cs="Arial"/>
          <w:sz w:val="24"/>
          <w:szCs w:val="24"/>
          <w:lang w:val="es-ES"/>
        </w:rPr>
        <w:t>se compromete a</w:t>
      </w:r>
      <w:r w:rsidR="00DE58F6" w:rsidRPr="007F070F">
        <w:rPr>
          <w:rFonts w:ascii="Arial" w:hAnsi="Arial" w:cs="Arial"/>
          <w:sz w:val="24"/>
          <w:szCs w:val="24"/>
          <w:lang w:val="es-ES"/>
        </w:rPr>
        <w:t>:</w:t>
      </w:r>
    </w:p>
    <w:p w14:paraId="60A5CD9E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7F070F">
        <w:rPr>
          <w:rFonts w:ascii="Arial" w:hAnsi="Arial" w:cs="Arial"/>
          <w:sz w:val="24"/>
          <w:szCs w:val="24"/>
          <w:lang w:val="es-ES"/>
        </w:rPr>
        <w:t xml:space="preserve"> Utilizar el equipo exclusivamente para el proyecto aprobado</w:t>
      </w:r>
      <w:r w:rsidR="00BD68F5" w:rsidRPr="007F070F">
        <w:rPr>
          <w:rFonts w:ascii="Arial" w:hAnsi="Arial" w:cs="Arial"/>
          <w:sz w:val="24"/>
          <w:szCs w:val="24"/>
          <w:lang w:val="es-ES"/>
        </w:rPr>
        <w:t>.</w:t>
      </w:r>
    </w:p>
    <w:p w14:paraId="53CE003D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7F070F">
        <w:rPr>
          <w:rFonts w:ascii="Arial" w:hAnsi="Arial" w:cs="Arial"/>
          <w:sz w:val="24"/>
          <w:szCs w:val="24"/>
          <w:lang w:val="es-ES"/>
        </w:rPr>
        <w:t xml:space="preserve"> Garantizar </w:t>
      </w:r>
      <w:r w:rsidR="00BD68F5" w:rsidRPr="007F070F">
        <w:rPr>
          <w:rFonts w:ascii="Arial" w:hAnsi="Arial" w:cs="Arial"/>
          <w:sz w:val="24"/>
          <w:szCs w:val="24"/>
          <w:lang w:val="es-ES"/>
        </w:rPr>
        <w:t xml:space="preserve">un </w:t>
      </w:r>
      <w:r w:rsidRPr="007F070F">
        <w:rPr>
          <w:rFonts w:ascii="Arial" w:hAnsi="Arial" w:cs="Arial"/>
          <w:sz w:val="24"/>
          <w:szCs w:val="24"/>
          <w:lang w:val="es-ES"/>
        </w:rPr>
        <w:t>uso sanitario adecuado</w:t>
      </w:r>
      <w:r w:rsidR="00BD68F5" w:rsidRPr="007F070F">
        <w:rPr>
          <w:rFonts w:ascii="Arial" w:hAnsi="Arial" w:cs="Arial"/>
          <w:sz w:val="24"/>
          <w:szCs w:val="24"/>
          <w:lang w:val="es-ES"/>
        </w:rPr>
        <w:t>.</w:t>
      </w:r>
    </w:p>
    <w:p w14:paraId="20EBF5D6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7F070F">
        <w:rPr>
          <w:rFonts w:ascii="Arial" w:hAnsi="Arial" w:cs="Arial"/>
          <w:sz w:val="24"/>
          <w:szCs w:val="24"/>
          <w:lang w:val="es-ES"/>
        </w:rPr>
        <w:t xml:space="preserve"> No ceder el equipo</w:t>
      </w:r>
      <w:r w:rsidR="00BD68F5" w:rsidRPr="007F070F">
        <w:rPr>
          <w:rFonts w:ascii="Arial" w:hAnsi="Arial" w:cs="Arial"/>
          <w:sz w:val="24"/>
          <w:szCs w:val="24"/>
          <w:lang w:val="es-ES"/>
        </w:rPr>
        <w:t xml:space="preserve"> de ecografía</w:t>
      </w:r>
      <w:r w:rsidRPr="007F070F">
        <w:rPr>
          <w:rFonts w:ascii="Arial" w:hAnsi="Arial" w:cs="Arial"/>
          <w:sz w:val="24"/>
          <w:szCs w:val="24"/>
          <w:lang w:val="es-ES"/>
        </w:rPr>
        <w:t xml:space="preserve"> a terceros</w:t>
      </w:r>
      <w:r w:rsidR="00BD68F5" w:rsidRPr="007F070F">
        <w:rPr>
          <w:rFonts w:ascii="Arial" w:hAnsi="Arial" w:cs="Arial"/>
          <w:sz w:val="24"/>
          <w:szCs w:val="24"/>
          <w:lang w:val="es-ES"/>
        </w:rPr>
        <w:t>.</w:t>
      </w:r>
    </w:p>
    <w:p w14:paraId="1742C5C5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7F070F">
        <w:rPr>
          <w:rFonts w:ascii="Arial" w:hAnsi="Arial" w:cs="Arial"/>
          <w:sz w:val="24"/>
          <w:szCs w:val="24"/>
          <w:lang w:val="es-ES"/>
        </w:rPr>
        <w:t xml:space="preserve"> Comunicar incidencias</w:t>
      </w:r>
      <w:r w:rsidR="00BD68F5" w:rsidRPr="007F070F">
        <w:rPr>
          <w:rFonts w:ascii="Arial" w:hAnsi="Arial" w:cs="Arial"/>
          <w:sz w:val="24"/>
          <w:szCs w:val="24"/>
          <w:lang w:val="es-ES"/>
        </w:rPr>
        <w:t>.</w:t>
      </w:r>
    </w:p>
    <w:p w14:paraId="77A9E4CA" w14:textId="77777777" w:rsidR="00BD68F5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7F070F">
        <w:rPr>
          <w:rFonts w:ascii="Arial" w:hAnsi="Arial" w:cs="Arial"/>
          <w:sz w:val="24"/>
          <w:szCs w:val="24"/>
          <w:lang w:val="es-ES"/>
        </w:rPr>
        <w:t xml:space="preserve"> Devolver el e</w:t>
      </w:r>
      <w:r w:rsidR="00BD68F5" w:rsidRPr="007F070F">
        <w:rPr>
          <w:rFonts w:ascii="Arial" w:hAnsi="Arial" w:cs="Arial"/>
          <w:sz w:val="24"/>
          <w:szCs w:val="24"/>
          <w:lang w:val="es-ES"/>
        </w:rPr>
        <w:t>cógrafo portátil</w:t>
      </w:r>
      <w:r w:rsidRPr="007F070F">
        <w:rPr>
          <w:rFonts w:ascii="Arial" w:hAnsi="Arial" w:cs="Arial"/>
          <w:sz w:val="24"/>
          <w:szCs w:val="24"/>
          <w:lang w:val="es-ES"/>
        </w:rPr>
        <w:t xml:space="preserve"> en plazo</w:t>
      </w:r>
      <w:r w:rsidR="00BD68F5" w:rsidRPr="007F070F">
        <w:rPr>
          <w:rFonts w:ascii="Arial" w:hAnsi="Arial" w:cs="Arial"/>
          <w:sz w:val="24"/>
          <w:szCs w:val="24"/>
          <w:lang w:val="es-ES"/>
        </w:rPr>
        <w:t>.</w:t>
      </w:r>
    </w:p>
    <w:p w14:paraId="4BBB0B80" w14:textId="77777777" w:rsidR="00880F47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 w:rsidRPr="007F070F">
        <w:rPr>
          <w:rFonts w:ascii="Segoe UI Symbol" w:hAnsi="Segoe UI Symbol" w:cs="Segoe UI Symbol"/>
          <w:sz w:val="24"/>
          <w:szCs w:val="24"/>
          <w:lang w:val="es-ES"/>
        </w:rPr>
        <w:t>☐</w:t>
      </w:r>
      <w:r w:rsidRPr="007F070F">
        <w:rPr>
          <w:rFonts w:ascii="Arial" w:hAnsi="Arial" w:cs="Arial"/>
          <w:sz w:val="24"/>
          <w:szCs w:val="24"/>
          <w:lang w:val="es-ES"/>
        </w:rPr>
        <w:t xml:space="preserve"> Presentar </w:t>
      </w:r>
      <w:r w:rsidR="00BD68F5" w:rsidRPr="007F070F">
        <w:rPr>
          <w:rFonts w:ascii="Arial" w:hAnsi="Arial" w:cs="Arial"/>
          <w:sz w:val="24"/>
          <w:szCs w:val="24"/>
          <w:lang w:val="es-ES"/>
        </w:rPr>
        <w:t xml:space="preserve">una </w:t>
      </w:r>
      <w:r w:rsidRPr="007F070F">
        <w:rPr>
          <w:rFonts w:ascii="Arial" w:hAnsi="Arial" w:cs="Arial"/>
          <w:sz w:val="24"/>
          <w:szCs w:val="24"/>
          <w:lang w:val="es-ES"/>
        </w:rPr>
        <w:t>memoria final</w:t>
      </w:r>
      <w:r w:rsidR="00BD68F5" w:rsidRPr="007F070F">
        <w:rPr>
          <w:rFonts w:ascii="Arial" w:hAnsi="Arial" w:cs="Arial"/>
          <w:sz w:val="24"/>
          <w:szCs w:val="24"/>
          <w:lang w:val="es-ES"/>
        </w:rPr>
        <w:t>.</w:t>
      </w:r>
    </w:p>
    <w:p w14:paraId="61B4F98D" w14:textId="77777777" w:rsidR="00BD68F5" w:rsidRDefault="00BD68F5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</w:p>
    <w:p w14:paraId="76DA0D9C" w14:textId="77777777" w:rsidR="007F070F" w:rsidRDefault="007F070F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</w:p>
    <w:p w14:paraId="5DEE12A2" w14:textId="77777777" w:rsidR="007F070F" w:rsidRPr="007F070F" w:rsidRDefault="007F070F" w:rsidP="00964D8E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</w:p>
    <w:p w14:paraId="76D67E12" w14:textId="77777777" w:rsidR="00B15BD6" w:rsidRPr="007F070F" w:rsidRDefault="00DE58F6" w:rsidP="00964D8E">
      <w:pPr>
        <w:spacing w:line="360" w:lineRule="auto"/>
        <w:rPr>
          <w:rFonts w:ascii="Arial" w:hAnsi="Arial" w:cs="Arial"/>
          <w:sz w:val="24"/>
          <w:szCs w:val="24"/>
        </w:rPr>
      </w:pPr>
      <w:r w:rsidRPr="007F070F">
        <w:rPr>
          <w:rFonts w:ascii="Arial" w:hAnsi="Arial" w:cs="Arial"/>
          <w:sz w:val="24"/>
          <w:szCs w:val="24"/>
          <w:lang w:val="es-ES"/>
        </w:rPr>
        <w:t>Firma</w:t>
      </w:r>
      <w:r w:rsidRPr="007F070F">
        <w:rPr>
          <w:rFonts w:ascii="Arial" w:hAnsi="Arial" w:cs="Arial"/>
          <w:sz w:val="24"/>
          <w:szCs w:val="24"/>
        </w:rPr>
        <w:t xml:space="preserve"> </w:t>
      </w:r>
      <w:r w:rsidRPr="007F070F">
        <w:rPr>
          <w:rFonts w:ascii="Arial" w:hAnsi="Arial" w:cs="Arial"/>
          <w:sz w:val="24"/>
          <w:szCs w:val="24"/>
          <w:lang w:val="es-ES"/>
        </w:rPr>
        <w:t>y fecha</w:t>
      </w:r>
      <w:r w:rsidR="00BD68F5" w:rsidRPr="007F070F">
        <w:rPr>
          <w:rFonts w:ascii="Arial" w:hAnsi="Arial" w:cs="Arial"/>
          <w:sz w:val="24"/>
          <w:szCs w:val="24"/>
        </w:rPr>
        <w:t>:</w:t>
      </w:r>
    </w:p>
    <w:sectPr w:rsidR="00B15BD6" w:rsidRPr="007F070F" w:rsidSect="007F070F">
      <w:headerReference w:type="default" r:id="rId8"/>
      <w:footerReference w:type="default" r:id="rId9"/>
      <w:headerReference w:type="first" r:id="rId10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22A492" w14:textId="77777777" w:rsidR="0068553A" w:rsidRDefault="0068553A" w:rsidP="007F070F">
      <w:pPr>
        <w:spacing w:after="0" w:line="240" w:lineRule="auto"/>
      </w:pPr>
      <w:r>
        <w:separator/>
      </w:r>
    </w:p>
  </w:endnote>
  <w:endnote w:type="continuationSeparator" w:id="0">
    <w:p w14:paraId="7A375569" w14:textId="77777777" w:rsidR="0068553A" w:rsidRDefault="0068553A" w:rsidP="007F0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3D77A" w14:textId="6946676D" w:rsidR="007F070F" w:rsidRDefault="007F070F">
    <w:pPr>
      <w:pStyle w:val="Piedepgina"/>
    </w:pPr>
    <w:r>
      <w:rPr>
        <w:rFonts w:asciiTheme="majorHAnsi" w:hAnsiTheme="majorHAnsi" w:cstheme="majorHAnsi"/>
        <w:b/>
        <w:noProof/>
        <w:sz w:val="24"/>
        <w:szCs w:val="24"/>
        <w:lang w:val="es-ES"/>
      </w:rPr>
      <w:drawing>
        <wp:anchor distT="0" distB="0" distL="114300" distR="114300" simplePos="0" relativeHeight="251659264" behindDoc="0" locked="0" layoutInCell="1" allowOverlap="1" wp14:anchorId="4CFAB962" wp14:editId="2A330EF2">
          <wp:simplePos x="0" y="0"/>
          <wp:positionH relativeFrom="column">
            <wp:posOffset>1944757</wp:posOffset>
          </wp:positionH>
          <wp:positionV relativeFrom="paragraph">
            <wp:posOffset>-16143</wp:posOffset>
          </wp:positionV>
          <wp:extent cx="1431234" cy="381406"/>
          <wp:effectExtent l="0" t="0" r="0" b="0"/>
          <wp:wrapNone/>
          <wp:docPr id="31540319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4810" cy="38502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7A0CC" w14:textId="77777777" w:rsidR="0068553A" w:rsidRDefault="0068553A" w:rsidP="007F070F">
      <w:pPr>
        <w:spacing w:after="0" w:line="240" w:lineRule="auto"/>
      </w:pPr>
      <w:r>
        <w:separator/>
      </w:r>
    </w:p>
  </w:footnote>
  <w:footnote w:type="continuationSeparator" w:id="0">
    <w:p w14:paraId="6F2D97B7" w14:textId="77777777" w:rsidR="0068553A" w:rsidRDefault="0068553A" w:rsidP="007F07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876A3F" w14:textId="7C90FE4E" w:rsidR="007F070F" w:rsidRDefault="007F070F">
    <w:pPr>
      <w:pStyle w:val="Encabezado"/>
    </w:pPr>
  </w:p>
  <w:p w14:paraId="2B829F63" w14:textId="77777777" w:rsidR="007F070F" w:rsidRDefault="007F070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FCA50" w14:textId="6178F81C" w:rsidR="007F070F" w:rsidRDefault="007F070F">
    <w:pPr>
      <w:pStyle w:val="Encabezado"/>
    </w:pPr>
    <w:r>
      <w:rPr>
        <w:rFonts w:asciiTheme="majorHAnsi" w:hAnsiTheme="majorHAnsi" w:cstheme="majorHAnsi"/>
        <w:b/>
        <w:noProof/>
        <w:sz w:val="24"/>
        <w:szCs w:val="24"/>
        <w:lang w:val="es-ES"/>
      </w:rPr>
      <w:drawing>
        <wp:anchor distT="0" distB="0" distL="114300" distR="114300" simplePos="0" relativeHeight="251658240" behindDoc="0" locked="0" layoutInCell="1" allowOverlap="1" wp14:anchorId="78D33B16" wp14:editId="57EF9AAC">
          <wp:simplePos x="0" y="0"/>
          <wp:positionH relativeFrom="column">
            <wp:posOffset>-1020417</wp:posOffset>
          </wp:positionH>
          <wp:positionV relativeFrom="paragraph">
            <wp:posOffset>-212035</wp:posOffset>
          </wp:positionV>
          <wp:extent cx="2127885" cy="567055"/>
          <wp:effectExtent l="0" t="0" r="5715" b="4445"/>
          <wp:wrapNone/>
          <wp:docPr id="129050285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7885" cy="5670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10101338">
    <w:abstractNumId w:val="8"/>
  </w:num>
  <w:num w:numId="2" w16cid:durableId="840437325">
    <w:abstractNumId w:val="6"/>
  </w:num>
  <w:num w:numId="3" w16cid:durableId="1066105875">
    <w:abstractNumId w:val="5"/>
  </w:num>
  <w:num w:numId="4" w16cid:durableId="1351877661">
    <w:abstractNumId w:val="4"/>
  </w:num>
  <w:num w:numId="5" w16cid:durableId="997877242">
    <w:abstractNumId w:val="7"/>
  </w:num>
  <w:num w:numId="6" w16cid:durableId="125128797">
    <w:abstractNumId w:val="3"/>
  </w:num>
  <w:num w:numId="7" w16cid:durableId="1463838904">
    <w:abstractNumId w:val="2"/>
  </w:num>
  <w:num w:numId="8" w16cid:durableId="1354188157">
    <w:abstractNumId w:val="1"/>
  </w:num>
  <w:num w:numId="9" w16cid:durableId="59035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8553A"/>
    <w:rsid w:val="007B2FD9"/>
    <w:rsid w:val="007F070F"/>
    <w:rsid w:val="00880F47"/>
    <w:rsid w:val="00964D8E"/>
    <w:rsid w:val="00AA1D8D"/>
    <w:rsid w:val="00AF4C5A"/>
    <w:rsid w:val="00B15BD6"/>
    <w:rsid w:val="00B47730"/>
    <w:rsid w:val="00BD68F5"/>
    <w:rsid w:val="00CB0664"/>
    <w:rsid w:val="00DE58F6"/>
    <w:rsid w:val="00E33E8D"/>
    <w:rsid w:val="00E8369A"/>
    <w:rsid w:val="00EF512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C3FF7A7"/>
  <w14:defaultImageDpi w14:val="300"/>
  <w15:docId w15:val="{86A394AF-C0E4-C645-B73D-846C47796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11A674C-F01D-EE45-BD5F-95751CB24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210</Words>
  <Characters>1156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1364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Cori Peña | SERAM</cp:lastModifiedBy>
  <cp:revision>5</cp:revision>
  <dcterms:created xsi:type="dcterms:W3CDTF">2013-12-23T23:15:00Z</dcterms:created>
  <dcterms:modified xsi:type="dcterms:W3CDTF">2026-06-16T06:47:00Z</dcterms:modified>
  <cp:category/>
</cp:coreProperties>
</file>